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6: Heating, Cooling, and Changing State</w:t>
      </w:r>
    </w:p>
    <w:p>
      <w:pPr>
        <w:spacing w:after="200"/>
        <w:jc w:val="center"/>
      </w:pPr>
      <w:r>
        <w:rPr>
          <w:b w:val="0"/>
          <w:i/>
          <w:sz w:val="20"/>
        </w:rPr>
        <w:t>5/6 Science  -  Matter and the Particle Model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Name each change: ice to water; water to water vapour; water vapour to droplets.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What happens to particles when ice melts?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Why does the outside of a cold cup get wet? Use particles.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how heating and cooling change the state of matter.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